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4A0"/>
      </w:tblPr>
      <w:tblGrid>
        <w:gridCol w:w="1440"/>
        <w:gridCol w:w="9792"/>
      </w:tblGrid>
      <w:tr w:rsidR="009F37B3">
        <w:trPr>
          <w:jc w:val="center"/>
        </w:trPr>
        <w:tc>
          <w:tcPr>
            <w:tcW w:w="1440" w:type="dxa"/>
          </w:tcPr>
          <w:p w:rsidR="009F37B3" w:rsidRDefault="008C18E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81149" cy="881149"/>
                  <wp:effectExtent l="0" t="0" r="0" b="0"/>
                  <wp:docPr id="1" name="Picture 0" descr="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441" cy="8754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92" w:type="dxa"/>
          </w:tcPr>
          <w:p w:rsidR="009F37B3" w:rsidRDefault="008C18EA" w:rsidP="00331803">
            <w:pPr>
              <w:spacing w:after="0"/>
              <w:jc w:val="center"/>
            </w:pPr>
            <w:r>
              <w:rPr>
                <w:b/>
                <w:sz w:val="32"/>
              </w:rPr>
              <w:t>DIGBOI MAHILA MAHAVIDYALAYA</w:t>
            </w:r>
            <w:r>
              <w:rPr>
                <w:b/>
                <w:sz w:val="32"/>
              </w:rPr>
              <w:br/>
            </w:r>
            <w:r>
              <w:rPr>
                <w:sz w:val="20"/>
              </w:rPr>
              <w:t>Digboi, Tinsukia, Assam</w:t>
            </w:r>
            <w:r>
              <w:rPr>
                <w:sz w:val="20"/>
              </w:rPr>
              <w:br/>
            </w:r>
            <w:r>
              <w:rPr>
                <w:b/>
                <w:sz w:val="24"/>
              </w:rPr>
              <w:t>APPLICATION FORM FOR ISSUE OF BONAFIDE CERTIFICATE</w:t>
            </w:r>
            <w:r>
              <w:rPr>
                <w:b/>
                <w:sz w:val="24"/>
              </w:rPr>
              <w:br/>
            </w:r>
            <w:r>
              <w:rPr>
                <w:i/>
                <w:sz w:val="18"/>
              </w:rPr>
              <w:t>(For HS &amp; Undergraduate Students)</w:t>
            </w:r>
          </w:p>
        </w:tc>
      </w:tr>
    </w:tbl>
    <w:p w:rsidR="009F37B3" w:rsidRDefault="009F37B3">
      <w:pPr>
        <w:spacing w:after="0"/>
      </w:pPr>
    </w:p>
    <w:p w:rsidR="009F37B3" w:rsidRDefault="008C18EA">
      <w:pPr>
        <w:spacing w:before="40" w:after="40"/>
      </w:pPr>
      <w:r>
        <w:rPr>
          <w:sz w:val="20"/>
        </w:rPr>
        <w:t>To</w:t>
      </w:r>
      <w:r>
        <w:rPr>
          <w:sz w:val="20"/>
        </w:rPr>
        <w:br/>
        <w:t>The Principal</w:t>
      </w:r>
      <w:r>
        <w:rPr>
          <w:sz w:val="20"/>
        </w:rPr>
        <w:br/>
        <w:t>Digboi Mahila Mahavidyalaya</w:t>
      </w:r>
      <w:r>
        <w:rPr>
          <w:sz w:val="20"/>
        </w:rPr>
        <w:br/>
        <w:t>Digboi, Assam</w:t>
      </w:r>
    </w:p>
    <w:p w:rsidR="009F37B3" w:rsidRDefault="008C18EA">
      <w:pPr>
        <w:jc w:val="center"/>
      </w:pPr>
      <w:r>
        <w:rPr>
          <w:b/>
        </w:rPr>
        <w:t>STUDENT DETAILS</w:t>
      </w:r>
    </w:p>
    <w:tbl>
      <w:tblPr>
        <w:tblStyle w:val="TableGrid"/>
        <w:tblW w:w="10430" w:type="dxa"/>
        <w:jc w:val="center"/>
        <w:tblLook w:val="04A0"/>
      </w:tblPr>
      <w:tblGrid>
        <w:gridCol w:w="3857"/>
        <w:gridCol w:w="6573"/>
      </w:tblGrid>
      <w:tr w:rsidR="009F37B3" w:rsidTr="00331803">
        <w:trPr>
          <w:trHeight w:val="358"/>
          <w:jc w:val="center"/>
        </w:trPr>
        <w:tc>
          <w:tcPr>
            <w:tcW w:w="3857" w:type="dxa"/>
            <w:shd w:val="clear" w:color="auto" w:fill="F2F2F2"/>
            <w:vAlign w:val="center"/>
          </w:tcPr>
          <w:p w:rsidR="009F37B3" w:rsidRDefault="008C18EA">
            <w:r>
              <w:rPr>
                <w:b/>
                <w:sz w:val="18"/>
              </w:rPr>
              <w:t>1. Name of the Student (in BLOCK LETTERS)</w:t>
            </w:r>
          </w:p>
        </w:tc>
        <w:tc>
          <w:tcPr>
            <w:tcW w:w="6573" w:type="dxa"/>
            <w:vAlign w:val="center"/>
          </w:tcPr>
          <w:p w:rsidR="009F37B3" w:rsidRDefault="009F37B3"/>
        </w:tc>
      </w:tr>
      <w:tr w:rsidR="009F37B3" w:rsidTr="00331803">
        <w:trPr>
          <w:trHeight w:val="358"/>
          <w:jc w:val="center"/>
        </w:trPr>
        <w:tc>
          <w:tcPr>
            <w:tcW w:w="3857" w:type="dxa"/>
            <w:shd w:val="clear" w:color="auto" w:fill="F2F2F2"/>
            <w:vAlign w:val="center"/>
          </w:tcPr>
          <w:p w:rsidR="009F37B3" w:rsidRDefault="008C18EA">
            <w:r>
              <w:rPr>
                <w:b/>
                <w:sz w:val="18"/>
              </w:rPr>
              <w:t>2. Father's Name</w:t>
            </w:r>
          </w:p>
        </w:tc>
        <w:tc>
          <w:tcPr>
            <w:tcW w:w="6573" w:type="dxa"/>
            <w:vAlign w:val="center"/>
          </w:tcPr>
          <w:p w:rsidR="009F37B3" w:rsidRDefault="009F37B3"/>
        </w:tc>
      </w:tr>
      <w:tr w:rsidR="009F37B3" w:rsidTr="00331803">
        <w:trPr>
          <w:trHeight w:val="332"/>
          <w:jc w:val="center"/>
        </w:trPr>
        <w:tc>
          <w:tcPr>
            <w:tcW w:w="3857" w:type="dxa"/>
            <w:shd w:val="clear" w:color="auto" w:fill="F2F2F2"/>
            <w:vAlign w:val="center"/>
          </w:tcPr>
          <w:p w:rsidR="009F37B3" w:rsidRDefault="008C18EA">
            <w:r>
              <w:rPr>
                <w:b/>
                <w:sz w:val="18"/>
              </w:rPr>
              <w:t>3. Mother's Name</w:t>
            </w:r>
          </w:p>
        </w:tc>
        <w:tc>
          <w:tcPr>
            <w:tcW w:w="6573" w:type="dxa"/>
            <w:vAlign w:val="center"/>
          </w:tcPr>
          <w:p w:rsidR="009F37B3" w:rsidRDefault="008C18EA" w:rsidP="008C18EA">
            <w:r>
              <w:rPr>
                <w:sz w:val="18"/>
              </w:rPr>
              <w:t>.</w:t>
            </w:r>
          </w:p>
        </w:tc>
      </w:tr>
      <w:tr w:rsidR="009F37B3" w:rsidTr="00331803">
        <w:trPr>
          <w:trHeight w:val="358"/>
          <w:jc w:val="center"/>
        </w:trPr>
        <w:tc>
          <w:tcPr>
            <w:tcW w:w="3857" w:type="dxa"/>
            <w:shd w:val="clear" w:color="auto" w:fill="F2F2F2"/>
            <w:vAlign w:val="center"/>
          </w:tcPr>
          <w:p w:rsidR="009F37B3" w:rsidRDefault="008C18EA">
            <w:r>
              <w:rPr>
                <w:b/>
                <w:sz w:val="18"/>
              </w:rPr>
              <w:t>4. Course / Programme</w:t>
            </w:r>
          </w:p>
        </w:tc>
        <w:tc>
          <w:tcPr>
            <w:tcW w:w="6573" w:type="dxa"/>
            <w:vAlign w:val="center"/>
          </w:tcPr>
          <w:p w:rsidR="009F37B3" w:rsidRDefault="008C18EA">
            <w:r>
              <w:rPr>
                <w:sz w:val="18"/>
              </w:rPr>
              <w:t>☐ HS 1st Year     ☐ HS 2nd Year     ☐ UG</w:t>
            </w:r>
          </w:p>
        </w:tc>
      </w:tr>
      <w:tr w:rsidR="009F37B3" w:rsidTr="00331803">
        <w:trPr>
          <w:trHeight w:val="332"/>
          <w:jc w:val="center"/>
        </w:trPr>
        <w:tc>
          <w:tcPr>
            <w:tcW w:w="3857" w:type="dxa"/>
            <w:shd w:val="clear" w:color="auto" w:fill="F2F2F2"/>
            <w:vAlign w:val="center"/>
          </w:tcPr>
          <w:p w:rsidR="009F37B3" w:rsidRDefault="008C18EA">
            <w:r>
              <w:rPr>
                <w:b/>
                <w:sz w:val="18"/>
              </w:rPr>
              <w:t>5. Department / Major Subject (UG only)</w:t>
            </w:r>
          </w:p>
        </w:tc>
        <w:tc>
          <w:tcPr>
            <w:tcW w:w="6573" w:type="dxa"/>
            <w:vAlign w:val="center"/>
          </w:tcPr>
          <w:p w:rsidR="009F37B3" w:rsidRDefault="009F37B3" w:rsidP="008C18EA"/>
        </w:tc>
      </w:tr>
      <w:tr w:rsidR="009F37B3" w:rsidTr="00331803">
        <w:trPr>
          <w:trHeight w:val="358"/>
          <w:jc w:val="center"/>
        </w:trPr>
        <w:tc>
          <w:tcPr>
            <w:tcW w:w="3857" w:type="dxa"/>
            <w:shd w:val="clear" w:color="auto" w:fill="F2F2F2"/>
            <w:vAlign w:val="center"/>
          </w:tcPr>
          <w:p w:rsidR="009F37B3" w:rsidRDefault="008C18EA">
            <w:r>
              <w:rPr>
                <w:b/>
                <w:sz w:val="18"/>
              </w:rPr>
              <w:t>6. Semester / Year</w:t>
            </w:r>
          </w:p>
        </w:tc>
        <w:tc>
          <w:tcPr>
            <w:tcW w:w="6573" w:type="dxa"/>
            <w:vAlign w:val="center"/>
          </w:tcPr>
          <w:p w:rsidR="009F37B3" w:rsidRDefault="009F37B3"/>
        </w:tc>
      </w:tr>
      <w:tr w:rsidR="009F37B3" w:rsidTr="00331803">
        <w:trPr>
          <w:trHeight w:val="332"/>
          <w:jc w:val="center"/>
        </w:trPr>
        <w:tc>
          <w:tcPr>
            <w:tcW w:w="3857" w:type="dxa"/>
            <w:shd w:val="clear" w:color="auto" w:fill="F2F2F2"/>
            <w:vAlign w:val="center"/>
          </w:tcPr>
          <w:p w:rsidR="009F37B3" w:rsidRDefault="008C18EA">
            <w:r>
              <w:rPr>
                <w:b/>
                <w:sz w:val="18"/>
              </w:rPr>
              <w:t>7. Roll No. / Class Roll No.</w:t>
            </w:r>
          </w:p>
        </w:tc>
        <w:tc>
          <w:tcPr>
            <w:tcW w:w="6573" w:type="dxa"/>
            <w:vAlign w:val="center"/>
          </w:tcPr>
          <w:p w:rsidR="009F37B3" w:rsidRDefault="009F37B3"/>
        </w:tc>
      </w:tr>
      <w:tr w:rsidR="009F37B3" w:rsidTr="00331803">
        <w:trPr>
          <w:trHeight w:val="332"/>
          <w:jc w:val="center"/>
        </w:trPr>
        <w:tc>
          <w:tcPr>
            <w:tcW w:w="3857" w:type="dxa"/>
            <w:shd w:val="clear" w:color="auto" w:fill="F2F2F2"/>
            <w:vAlign w:val="center"/>
          </w:tcPr>
          <w:p w:rsidR="009F37B3" w:rsidRDefault="008C18EA">
            <w:r>
              <w:rPr>
                <w:b/>
                <w:sz w:val="18"/>
              </w:rPr>
              <w:t>8. Registration / Enrollment No.</w:t>
            </w:r>
          </w:p>
        </w:tc>
        <w:tc>
          <w:tcPr>
            <w:tcW w:w="6573" w:type="dxa"/>
            <w:vAlign w:val="center"/>
          </w:tcPr>
          <w:p w:rsidR="009F37B3" w:rsidRDefault="009F37B3"/>
        </w:tc>
      </w:tr>
      <w:tr w:rsidR="009F37B3" w:rsidTr="00331803">
        <w:trPr>
          <w:trHeight w:val="358"/>
          <w:jc w:val="center"/>
        </w:trPr>
        <w:tc>
          <w:tcPr>
            <w:tcW w:w="3857" w:type="dxa"/>
            <w:shd w:val="clear" w:color="auto" w:fill="F2F2F2"/>
            <w:vAlign w:val="center"/>
          </w:tcPr>
          <w:p w:rsidR="009F37B3" w:rsidRDefault="008C18EA">
            <w:r>
              <w:rPr>
                <w:b/>
                <w:sz w:val="18"/>
              </w:rPr>
              <w:t>9. Academic Session</w:t>
            </w:r>
          </w:p>
        </w:tc>
        <w:tc>
          <w:tcPr>
            <w:tcW w:w="6573" w:type="dxa"/>
            <w:vAlign w:val="center"/>
          </w:tcPr>
          <w:p w:rsidR="009F37B3" w:rsidRDefault="009F37B3"/>
        </w:tc>
      </w:tr>
      <w:tr w:rsidR="009F37B3" w:rsidTr="00331803">
        <w:trPr>
          <w:trHeight w:val="332"/>
          <w:jc w:val="center"/>
        </w:trPr>
        <w:tc>
          <w:tcPr>
            <w:tcW w:w="3857" w:type="dxa"/>
            <w:shd w:val="clear" w:color="auto" w:fill="F2F2F2"/>
            <w:vAlign w:val="center"/>
          </w:tcPr>
          <w:p w:rsidR="009F37B3" w:rsidRDefault="008C18EA">
            <w:r>
              <w:rPr>
                <w:b/>
                <w:sz w:val="18"/>
              </w:rPr>
              <w:t>10. Mobile Number</w:t>
            </w:r>
          </w:p>
        </w:tc>
        <w:tc>
          <w:tcPr>
            <w:tcW w:w="6573" w:type="dxa"/>
            <w:vAlign w:val="center"/>
          </w:tcPr>
          <w:p w:rsidR="009F37B3" w:rsidRDefault="009F37B3"/>
        </w:tc>
      </w:tr>
      <w:tr w:rsidR="009F37B3" w:rsidTr="00331803">
        <w:trPr>
          <w:trHeight w:val="741"/>
          <w:jc w:val="center"/>
        </w:trPr>
        <w:tc>
          <w:tcPr>
            <w:tcW w:w="3857" w:type="dxa"/>
            <w:shd w:val="clear" w:color="auto" w:fill="F2F2F2"/>
            <w:vAlign w:val="center"/>
          </w:tcPr>
          <w:p w:rsidR="009F37B3" w:rsidRDefault="008C18EA">
            <w:r>
              <w:rPr>
                <w:b/>
                <w:sz w:val="18"/>
              </w:rPr>
              <w:t>11. Purpose for which the Certificate is required</w:t>
            </w:r>
          </w:p>
        </w:tc>
        <w:tc>
          <w:tcPr>
            <w:tcW w:w="6573" w:type="dxa"/>
            <w:vAlign w:val="center"/>
          </w:tcPr>
          <w:p w:rsidR="009F37B3" w:rsidRDefault="009F37B3"/>
        </w:tc>
      </w:tr>
    </w:tbl>
    <w:p w:rsidR="00331803" w:rsidRDefault="00331803">
      <w:pPr>
        <w:spacing w:before="100" w:after="40"/>
        <w:rPr>
          <w:b/>
        </w:rPr>
      </w:pPr>
    </w:p>
    <w:p w:rsidR="009F37B3" w:rsidRDefault="008C18EA">
      <w:pPr>
        <w:spacing w:before="100" w:after="40"/>
      </w:pPr>
      <w:r>
        <w:rPr>
          <w:b/>
        </w:rPr>
        <w:t>DECLARATION</w:t>
      </w:r>
    </w:p>
    <w:p w:rsidR="009F37B3" w:rsidRDefault="008C18EA">
      <w:pPr>
        <w:spacing w:after="60"/>
        <w:rPr>
          <w:sz w:val="18"/>
        </w:rPr>
      </w:pPr>
      <w:r>
        <w:rPr>
          <w:sz w:val="18"/>
        </w:rPr>
        <w:t>I hereby declare that the information furnished above is true and correct to the best of my knowledge. I am a bona fide student of Digboi Mahila Mahavidyalaya and request the competent autho</w:t>
      </w:r>
      <w:r w:rsidR="00331803">
        <w:rPr>
          <w:sz w:val="18"/>
        </w:rPr>
        <w:t xml:space="preserve">rity to kindly issue me a </w:t>
      </w:r>
      <w:proofErr w:type="spellStart"/>
      <w:r w:rsidR="00331803">
        <w:rPr>
          <w:sz w:val="18"/>
        </w:rPr>
        <w:t>Bonaf</w:t>
      </w:r>
      <w:r>
        <w:rPr>
          <w:sz w:val="18"/>
        </w:rPr>
        <w:t>ide</w:t>
      </w:r>
      <w:proofErr w:type="spellEnd"/>
      <w:r>
        <w:rPr>
          <w:sz w:val="18"/>
        </w:rPr>
        <w:t xml:space="preserve"> Certificate for the purpose mentioned above.</w:t>
      </w:r>
    </w:p>
    <w:p w:rsidR="00331803" w:rsidRDefault="00331803">
      <w:pPr>
        <w:spacing w:after="60"/>
      </w:pPr>
    </w:p>
    <w:tbl>
      <w:tblPr>
        <w:tblStyle w:val="TableGrid"/>
        <w:tblW w:w="10740" w:type="dxa"/>
        <w:tblLook w:val="04A0"/>
      </w:tblPr>
      <w:tblGrid>
        <w:gridCol w:w="5331"/>
        <w:gridCol w:w="5409"/>
      </w:tblGrid>
      <w:tr w:rsidR="009F37B3" w:rsidTr="00331803">
        <w:trPr>
          <w:trHeight w:val="472"/>
        </w:trPr>
        <w:tc>
          <w:tcPr>
            <w:tcW w:w="5331" w:type="dxa"/>
            <w:vAlign w:val="center"/>
          </w:tcPr>
          <w:p w:rsidR="009F37B3" w:rsidRDefault="008C18EA" w:rsidP="008C18EA">
            <w:r>
              <w:rPr>
                <w:sz w:val="18"/>
              </w:rPr>
              <w:t>Date: ____ / ____ / __________</w:t>
            </w:r>
          </w:p>
        </w:tc>
        <w:tc>
          <w:tcPr>
            <w:tcW w:w="5409" w:type="dxa"/>
            <w:vAlign w:val="center"/>
          </w:tcPr>
          <w:p w:rsidR="009F37B3" w:rsidRDefault="008C18EA" w:rsidP="00331803">
            <w:r>
              <w:rPr>
                <w:sz w:val="18"/>
              </w:rPr>
              <w:t xml:space="preserve">Signature of the Student: </w:t>
            </w:r>
          </w:p>
        </w:tc>
      </w:tr>
      <w:tr w:rsidR="009F37B3" w:rsidTr="00331803">
        <w:trPr>
          <w:trHeight w:val="509"/>
        </w:trPr>
        <w:tc>
          <w:tcPr>
            <w:tcW w:w="5331" w:type="dxa"/>
            <w:vAlign w:val="center"/>
          </w:tcPr>
          <w:p w:rsidR="009F37B3" w:rsidRDefault="008C18EA" w:rsidP="008C18EA">
            <w:r>
              <w:rPr>
                <w:sz w:val="18"/>
              </w:rPr>
              <w:t>Place: Digboi</w:t>
            </w:r>
          </w:p>
        </w:tc>
        <w:tc>
          <w:tcPr>
            <w:tcW w:w="5409" w:type="dxa"/>
            <w:vAlign w:val="center"/>
          </w:tcPr>
          <w:p w:rsidR="009F37B3" w:rsidRDefault="008C18EA" w:rsidP="00331803">
            <w:r>
              <w:rPr>
                <w:sz w:val="18"/>
              </w:rPr>
              <w:t>Name:</w:t>
            </w:r>
          </w:p>
        </w:tc>
      </w:tr>
    </w:tbl>
    <w:p w:rsidR="00331803" w:rsidRDefault="00331803">
      <w:pPr>
        <w:spacing w:before="100" w:after="40"/>
        <w:jc w:val="center"/>
        <w:rPr>
          <w:b/>
        </w:rPr>
      </w:pPr>
    </w:p>
    <w:p w:rsidR="00331803" w:rsidRDefault="00331803">
      <w:pPr>
        <w:spacing w:before="100" w:after="40"/>
        <w:jc w:val="center"/>
        <w:rPr>
          <w:b/>
        </w:rPr>
      </w:pPr>
    </w:p>
    <w:p w:rsidR="009F37B3" w:rsidRDefault="008C18EA">
      <w:pPr>
        <w:spacing w:before="100" w:after="40"/>
        <w:jc w:val="center"/>
      </w:pPr>
      <w:r>
        <w:rPr>
          <w:b/>
        </w:rPr>
        <w:t>FOR OFFICE USE ONLY</w:t>
      </w:r>
    </w:p>
    <w:tbl>
      <w:tblPr>
        <w:tblStyle w:val="TableGrid"/>
        <w:tblW w:w="10740" w:type="dxa"/>
        <w:tblLook w:val="04A0"/>
      </w:tblPr>
      <w:tblGrid>
        <w:gridCol w:w="5316"/>
        <w:gridCol w:w="5424"/>
      </w:tblGrid>
      <w:tr w:rsidR="009F37B3" w:rsidTr="00331803">
        <w:trPr>
          <w:trHeight w:val="366"/>
        </w:trPr>
        <w:tc>
          <w:tcPr>
            <w:tcW w:w="5316" w:type="dxa"/>
            <w:shd w:val="clear" w:color="auto" w:fill="F2F2F2"/>
            <w:vAlign w:val="center"/>
          </w:tcPr>
          <w:p w:rsidR="009F37B3" w:rsidRDefault="008C18EA" w:rsidP="008C18EA">
            <w:r>
              <w:rPr>
                <w:b/>
                <w:sz w:val="18"/>
              </w:rPr>
              <w:t>Student Details Verified</w:t>
            </w:r>
          </w:p>
        </w:tc>
        <w:tc>
          <w:tcPr>
            <w:tcW w:w="5424" w:type="dxa"/>
            <w:vAlign w:val="center"/>
          </w:tcPr>
          <w:p w:rsidR="009F37B3" w:rsidRDefault="008C18EA" w:rsidP="008C18EA">
            <w:r>
              <w:rPr>
                <w:sz w:val="18"/>
              </w:rPr>
              <w:t>☐ Yes       ☐ No</w:t>
            </w:r>
          </w:p>
        </w:tc>
      </w:tr>
      <w:tr w:rsidR="009F37B3" w:rsidTr="00331803">
        <w:trPr>
          <w:trHeight w:val="366"/>
        </w:trPr>
        <w:tc>
          <w:tcPr>
            <w:tcW w:w="5316" w:type="dxa"/>
            <w:shd w:val="clear" w:color="auto" w:fill="F2F2F2"/>
            <w:vAlign w:val="center"/>
          </w:tcPr>
          <w:p w:rsidR="009F37B3" w:rsidRDefault="008C18EA" w:rsidP="008C18EA">
            <w:r>
              <w:rPr>
                <w:b/>
                <w:sz w:val="18"/>
              </w:rPr>
              <w:t>Verified By</w:t>
            </w:r>
          </w:p>
        </w:tc>
        <w:tc>
          <w:tcPr>
            <w:tcW w:w="5424" w:type="dxa"/>
            <w:vAlign w:val="center"/>
          </w:tcPr>
          <w:p w:rsidR="009F37B3" w:rsidRDefault="008C18EA" w:rsidP="008C18EA">
            <w:r>
              <w:rPr>
                <w:sz w:val="18"/>
              </w:rPr>
              <w:t>____________________________________________</w:t>
            </w:r>
          </w:p>
        </w:tc>
      </w:tr>
      <w:tr w:rsidR="009F37B3" w:rsidTr="00331803">
        <w:trPr>
          <w:trHeight w:val="366"/>
        </w:trPr>
        <w:tc>
          <w:tcPr>
            <w:tcW w:w="5316" w:type="dxa"/>
            <w:shd w:val="clear" w:color="auto" w:fill="F2F2F2"/>
            <w:vAlign w:val="center"/>
          </w:tcPr>
          <w:p w:rsidR="009F37B3" w:rsidRDefault="008C18EA" w:rsidP="008C18EA">
            <w:r>
              <w:rPr>
                <w:b/>
                <w:sz w:val="18"/>
              </w:rPr>
              <w:t>Certificate No.</w:t>
            </w:r>
          </w:p>
        </w:tc>
        <w:tc>
          <w:tcPr>
            <w:tcW w:w="5424" w:type="dxa"/>
            <w:vAlign w:val="center"/>
          </w:tcPr>
          <w:p w:rsidR="009F37B3" w:rsidRDefault="008C18EA" w:rsidP="008C18EA">
            <w:r>
              <w:rPr>
                <w:sz w:val="18"/>
              </w:rPr>
              <w:t>____________________________________________</w:t>
            </w:r>
          </w:p>
        </w:tc>
      </w:tr>
      <w:tr w:rsidR="009F37B3" w:rsidTr="00331803">
        <w:trPr>
          <w:trHeight w:val="341"/>
        </w:trPr>
        <w:tc>
          <w:tcPr>
            <w:tcW w:w="5316" w:type="dxa"/>
            <w:shd w:val="clear" w:color="auto" w:fill="F2F2F2"/>
            <w:vAlign w:val="center"/>
          </w:tcPr>
          <w:p w:rsidR="009F37B3" w:rsidRDefault="008C18EA" w:rsidP="008C18EA">
            <w:r>
              <w:rPr>
                <w:b/>
                <w:sz w:val="18"/>
              </w:rPr>
              <w:t>Certificate Issued on</w:t>
            </w:r>
          </w:p>
        </w:tc>
        <w:tc>
          <w:tcPr>
            <w:tcW w:w="5424" w:type="dxa"/>
            <w:vAlign w:val="center"/>
          </w:tcPr>
          <w:p w:rsidR="009F37B3" w:rsidRDefault="008C18EA" w:rsidP="008C18EA">
            <w:r>
              <w:rPr>
                <w:sz w:val="18"/>
              </w:rPr>
              <w:t>____ / ____ / __________</w:t>
            </w:r>
          </w:p>
        </w:tc>
      </w:tr>
      <w:tr w:rsidR="009F37B3" w:rsidTr="00331803">
        <w:trPr>
          <w:trHeight w:val="366"/>
        </w:trPr>
        <w:tc>
          <w:tcPr>
            <w:tcW w:w="5316" w:type="dxa"/>
            <w:shd w:val="clear" w:color="auto" w:fill="F2F2F2"/>
            <w:vAlign w:val="center"/>
          </w:tcPr>
          <w:p w:rsidR="009F37B3" w:rsidRDefault="00331803" w:rsidP="008C18EA">
            <w:r>
              <w:rPr>
                <w:b/>
                <w:sz w:val="18"/>
              </w:rPr>
              <w:t>Receipt No.</w:t>
            </w:r>
          </w:p>
        </w:tc>
        <w:tc>
          <w:tcPr>
            <w:tcW w:w="5424" w:type="dxa"/>
            <w:vAlign w:val="center"/>
          </w:tcPr>
          <w:p w:rsidR="009F37B3" w:rsidRDefault="008C18EA" w:rsidP="008C18EA">
            <w:r>
              <w:rPr>
                <w:sz w:val="18"/>
              </w:rPr>
              <w:t>____________________________________________</w:t>
            </w:r>
          </w:p>
        </w:tc>
      </w:tr>
    </w:tbl>
    <w:p w:rsidR="00331803" w:rsidRPr="00331803" w:rsidRDefault="00331803">
      <w:pPr>
        <w:jc w:val="center"/>
        <w:rPr>
          <w:i/>
          <w:sz w:val="20"/>
        </w:rPr>
      </w:pPr>
    </w:p>
    <w:p w:rsidR="009F37B3" w:rsidRPr="00331803" w:rsidRDefault="008C18EA">
      <w:pPr>
        <w:jc w:val="center"/>
        <w:rPr>
          <w:sz w:val="28"/>
        </w:rPr>
      </w:pPr>
      <w:r w:rsidRPr="00331803">
        <w:rPr>
          <w:i/>
          <w:sz w:val="20"/>
        </w:rPr>
        <w:t xml:space="preserve">This form should be submitted to the College Office along with </w:t>
      </w:r>
      <w:r w:rsidR="00331803" w:rsidRPr="00331803">
        <w:rPr>
          <w:i/>
          <w:sz w:val="20"/>
        </w:rPr>
        <w:t>payment receipt</w:t>
      </w:r>
      <w:r w:rsidRPr="00331803">
        <w:rPr>
          <w:i/>
          <w:sz w:val="20"/>
        </w:rPr>
        <w:t>.</w:t>
      </w:r>
    </w:p>
    <w:sectPr w:rsidR="009F37B3" w:rsidRPr="00331803" w:rsidSect="00331803">
      <w:pgSz w:w="11907" w:h="16839" w:code="9"/>
      <w:pgMar w:top="648" w:right="864" w:bottom="648" w:left="86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331803"/>
    <w:rsid w:val="003352D2"/>
    <w:rsid w:val="008C18EA"/>
    <w:rsid w:val="009F37B3"/>
    <w:rsid w:val="00AA1D8D"/>
    <w:rsid w:val="00B47730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C1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8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DMM</cp:lastModifiedBy>
  <cp:revision>3</cp:revision>
  <dcterms:created xsi:type="dcterms:W3CDTF">2013-12-23T23:15:00Z</dcterms:created>
  <dcterms:modified xsi:type="dcterms:W3CDTF">2026-08-31T10:55:00Z</dcterms:modified>
  <cp:category/>
</cp:coreProperties>
</file>